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والمستشرقون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عادل الألوسي/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المستشرقون/ الاستشراق/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