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القرآن الكريم للحضارات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نشأت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المحدثين/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الحوار/ الحضارات/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