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النثر الأندلسي في عصر الموحدين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علي الغريب محمد الشناوي/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مكتبة الأداب/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العصر الأندلسي/ تاريخ/ النثر العربي/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