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منهجية البحث في عملية الاتصال الدعوي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أحمد 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الإسلام/ الاتصال/ طرق البحث/ الدعوة/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