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التعلم وتطبيقاتها في علوم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المجيد عيساني/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النفس اللغوي/ نظريات/ التعلم/ المهارات الدراسية/ علم النفس التربوي/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