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دراسات الأدب الشعبي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أمينة فزازي/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الحكاية الشعبية/ الأمثال الشعبية/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