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رواء زكي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اقتصاد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