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اللغوي عند ابراهيم أنيس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عمار الياس البوالصة/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9789957810450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اللهجات/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