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المصغرة دراسة حالة صندوق الزكاة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فيصل/ ،لطرش جمال (رئيسا ) ،ابوبكر بوسالم (مناقشا) ،هبول(مشرفا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