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الدفع الحديثة في تحسين جودة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قرماط لمياء/ ،بن سبع إلياس(زئيسا)،نعمون إيمان(مناقشا)،واضح(مشرفاومقررا)/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التجارة الإلكترونية/ البطاقات الذكية/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