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الاتصال الإداري في تطوير الأداء الوظيفي دراسة حالة مؤسسة اتصالات الجزائر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بوالشطوب منال/ ،هبول محمد (رئيسا) ، حمودي حيمر( مناقشا) ، لطرش جمال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التقييم/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