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إدارة المعرفة في مؤسسات التعليم العالي دراسة عينة من مؤسسات التعليم العالي الجزائرية-المركز الجامعي لميلة،قسنطينة ،جيجل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زايد كنزة/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التكنولوجيا/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