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سردية الشعر عند ابن هانئ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برحال مسعودة/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 القديم/ السرد/ سردية القصيدة/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