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البطل في مقامات الهمذاني والحريري - دراسة موازنة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شباط ليلى/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المقامة/ البطل/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