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الفنية والفكرية في دالية أبي العلاء المعري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تبوب فاطمة الزهراء/ زيناي طارق(مشرفا)/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80084311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الرمز/ الاستعارة/ التشبيه/ المعجم الشعري/ التركيب/ التشاؤم/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