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اللذة في شعر أبي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بوناموس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دلالات اللذة/ لذة الخمر/ لذة المكان الخمري/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