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الفرزدق - الميمية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عمورة سميحة/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القصيدة/ البنية/ شعر المدح/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