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السياق في فهم معاني التراكيب - دراسة بيانية لسورة الكهف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بوعنان فضيلة/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النحو/ علوم القرآن/ السياق/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