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كتاب كليلة ودمنة لعبد الله 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سكفالي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القصة/ السرد/ النثر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