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النحو الكوفي من خلال كتاب "معاني القرآن للأخفش الأوسط"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بوحلاسة نجود/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الخلاف النحوي/ النحويين البصريين/ النحويين الكوفيين/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