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سردية الشعر عند عز الدين المناصرة ديوان "ياعنب الخليل"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قريقة فايزة/ بومالي حنان/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80078811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النص الشعري/ الشعر/ السرد/ القصيدة العربية المعاصرة/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