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رسالة المعاد والمعاش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منصوري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المجتمع/ الجاحظ/ العناصر البيوغرافية/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