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سطوة اللغة وتطويع الآخر في ألف ليلة وليلة- الحكاية الإطار أنموذجا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بلطوم إبتسام/ شاقور غزالة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80077411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اللغة/ السرد/ التطويع/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