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تدريس القواعد النحوية في كتاب اللغة العربية للسنة الأولى من التعليم المتوسط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دخيل إيمان/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الوسائل التعليمية/ القواعد النحوية/ المنهج الوصفي التحليلي/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