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الاشتقاق وأهميتها في 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جميات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الصناعة المعجمية/ الاشتقاق/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