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الغرض الإبلاغي للفعل الكلامي في ديوان حسن دواس "سفر على أجنحة ملائكية انموجا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لزباش نجاة/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الخطاب الشعري/ النظريات اللسانية/ اللسانيات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