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رحلة الحسن الوزان (وصف إفريقيا)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جرفي وهيبة/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الرحلات/ حياة الوزان/ مفهوم الرحلة/ مفهوم  أدب  الرحلات/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