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الأسلوب القرآني في رسالة "طوق الحمامة " لإبن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شعيب ياسمينة/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القرآن الكريم/ علم الأسلوب/ الأسلوب القرآني/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