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العربي عند سيبويه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بوفنغور أسماء/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المادة اللغوية/ مفهوم الكلام/ الكلم/ آراء النحاة العرب/ تقسيم الكلم/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