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الضمائر المنفصلة في سورة الأنعام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معوش سامية/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القرآن الكريم/ الضمائر في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