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الرواية التاريخية عند نجيب محفوظ " كفاح طيبة"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خلاف عضراء/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80079811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الرواية/ الرواية التاريخية/ الموازنة بين الروائي و التاريخي/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