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التداولية في"نقد الشعر لقدامة بن جعفر "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مشيتوة كريمة/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التداولية/ المنهج التداولي/ التداولية في النقد الحديث/ التداولية في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