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في البلاغة العربية من منطور اللسانيات التداولية دلائل اللإعجاز لعبد القاهر الجرجاني - عينة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بومناخ ياسر/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اللغة/ الكلام/ المعنى/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