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بنية الفضاء في رواية " السمك لا يبالي" ل " إنعام بيوض"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بولعيون زينة/ بوعجاجة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80074511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الخطاب النقدي/ الرواية/ الفضاء/ مفهوم البنية/ وظائف الفضاء/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