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الخبر في كتاب " أخبار الحمقى والمغفلين " للحافظ ابن الجوزي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عبد الرحمان نريمان/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الخطاب السردي/ الخبر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