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agronomique et biochimique de quelques variét"s d'olivier -Olea europaea-L-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KEBBABI Meriem/ AGGOUNE Rahma/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Polyphénols/ extraction/ Flavonoïdes/ Fruits/ Sigoise/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