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comparative de quelques variétés d'olivier -olea europaea L. -sur le plant physiologique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DJADLI  Nadia/ MEGHZILI Hizia/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Fruits/ Feuilles/ plantes/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