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L'evaluation physico-chimique et biologique de la qualite des eaux de l' Oued Endja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Hammada Louanas/ bouhanneche Fatima/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50P.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57022811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pollution/ Macro-invertébré/ Qualité biologique/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