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effets métaboliques de l'aloe vera miller chez les rats diabétiques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AINOUSSE 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Diabetes/ Biochemical parameters/ Alloxan/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