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L'analyse biochimique des eaux usées et des eaux épurées par la station d'épuration de Sidi Merouane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zeghilet hakima/ Chebta Kaled/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Protéines/ glucides/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