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morphophytochilique de quelques variétés de figuier -ficus caricaL-local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KOULOUGHLI aicha/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tests phytochimiques/ Figue/ polymorphisme/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