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l'antibiorésistance de st&amp;phylococcus aureus isolé à l'Hoptal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BOUNAMOUS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antibiotics/ PCA/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