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بعض الهرمونات االنباتية على تراكم القلويدات في نبات السكران الأبيض لينيه. Hyoscyamus albus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بلفتحي ليلى/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العائلة الباذنجانية/ الأتروبين/ الهيوسيامين/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