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de diffusionet de vote pour clients mobiles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Benchekhlehocine Safia/ Ali LALOUCI Président,Nadhir BOUKHCHEME Examinateur,Bilal DOUAS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Smartphones/ Informatique mobile/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