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streaming peer to peer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Daas Abderrahmene/ Benchikhelhocin.M Président,kimouche.A Examinateur,Ali.w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les réseaux peer-to-peer/ le streaming peer-to-peer/ Techniques utilisées/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