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problème mal posé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BENAYACHE nadia/ Mr BOUEDENE Rabah Président ; BENHABILES Hanane Examinateur ,AHEMAD YAHIA Rakia  Promoteur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 groupes/ problème mal posé/ opérateur auto adjoint/ méthode des quasi/ valeurs aux limites/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