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nombre de points d'une courbe elliptique sure un corps fi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KATt abla/ S. Kaouache Président; M. Khalfaoui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s/ le nombre de points/ géométrie Algébr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