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Reconnaissance de visage par combinaison de classificateurs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Boukemara Fadila/ Yesaadi Sabrina Président; Dib Abderrahim Examinateur,Salima Nebti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PCA/ SVMs/ MMC/ Méthode SVD/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