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comportement des solitions de certains systèmes des équations aux différences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BOUZERARA Meriem/ Arroud Chems Eddine Président ,Touafek Nouressadat Examinateur ; Halim Yacine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des équations aux differences/ périordicité/ systèmes (non) autonomes/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