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أسوب الأمر والنهي دراسة بلاغية في القرآن الكريم "سورة مريم "أنموذجا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حاج صفاء/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الإنشاء/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